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מאפייני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חמישה מאפיינים של עידן הנאורות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 נאורות בתוך מקור 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תפקיד האנציקלופדיה ואת הקשר בין תבונה לדת בתקופה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אינדיבידואליזם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אוסף גדול של ידע מכל התחומים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שימוש בשכל ובהיגיון כדי להבין את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דידרו ודאלמבר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ירידה במעמדה המרכזי של הדת בחברה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העז להשתמש בשכלך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זוהי האמונה בקדמה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להפך, כוחה של הכנסייה הצטמצם בתהליך החילון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היה מטרתה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הנאורות דגלה בביקורתיות ובבחינה מחדש של 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קאנט טען שזה נובע מחוסר אומץ להשתמש בשכל, לא מחוסר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1. 1751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2. 1784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דניאל דפו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משה מנדלסון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מאפיין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(כל אדם חשוב בפני עצמו ובוחר את דרכו)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(שימוש בשכל כדי להבין את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(שאילת שאלות ובחינה מחדש של מנהגים)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(ירידה במעמד הדת בחברה)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(ביטחון שהעתיד יהיה טוב יותר בזכות מדע)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חילון הוא תהליך שבו הדת מאבדת ממעמדה המרכזי; בסרטון מוצג חיפוש הסברים מדעיים לטבע במקום הסברים 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שניהם מבוססים על שימוש בשכל: הרציונליזם בוחן את העולם בהיגיון, והביקורתיות משתמשת בהיגיון כדי לבחון מנהגים וסמכויות ישנות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מראה שאפשר לשלב תבונה ואמונה, ושלא כל מי שתמך בנאורות דחה את הדת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מקור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מתאר שחוסר בגרות הוא הסתמכות על אחרים במקום לחשוב לבד, והאדם עצמו אשם בכך כי יש לו אומץ אך הוא בוחר לא להשתמש בשכלו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ציון מאפיין ראשון עם הסבר מהקטע (למשל רציונליזם – שימוש בשכל), וציון מאפיין שני עם הסבר (למשל ביקורתיות – אי קבלת סמכות ללא שאלה)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שני מאפיינים מתוך הרשימה: אינדיבידואליזם, רציונליזם, ביקורתיות, חילון, אמונה בקדמה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שהסיסמה קוראת לאדם לחשוב בעצמו ולא להסתמך על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המחברת מאפיין לחיי היומיום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במשחק 'למה?' כדי להמחיש ביקורתיות לפני העבודה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גם דמויות שומרות מצוות כמו מנדלסון כדי לאזן את ההצגה של החילון כחיובי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לעבור יחד על מחוון הבגרות כדי להמחיש איך בונים תשובה מלאה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מאפייני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בעידן הנאורות במאה ה-18 אנשים החלו לבחון מחדש מנהגים, אמונות וסמכויות בעזרת השכל וההיגיון. בדף זה נתרגל את המאפיינים המרכזיים של תקופה זו.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מאפיין מסמל רובינסון קרוזו?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אינדיבידואליזם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אמונה בקדמה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הייתה האנציקלופדיה הצרפתית?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אוסף גדול של ידע מכל התחומים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של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עיתון 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רציונליזם?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ציות לכל מה שאומרים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פחד ממדע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בשכל ובהיגיון כדי להבין את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אמונה עיוורת במנהגים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ערכו את האנציקלופדיה הצרפתית?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לוק והובס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דידרו ודאלמבר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קאנט ומנדלסון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ניוטון וגלילאו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פירוש 'חילון'?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ירידה במעמדה המרכזי של הדת בחברה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בניית כנסיות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הפצת הדפוס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לפי קאנט, מהי סיסמת הנאורות?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ככה תמיד היה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העז להשתמש בשכלך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לציית לכנסייה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לשאול שאלות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הנאורות האמינו שהעתיד יהיה טוב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בתקופת הנאורות גדל כוחה של הכנסייה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האנציקלופדיה נועדה לרכז ולהפיץ ידע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הנאורות, יש לקבל מנהגים ישנים בלי לשאול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קאנט טען שחוסר בגרות נובע תמיד מחוסר שכל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הכרך הראשון של האנציקלופדיה יצא לאור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עמנואל קאנט פרסם את המאמר 'מהי נאורות?'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'רובינסון קרוזו' נכתב בידי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הוא הוגה יהודי שהראה שאפשר לשלב תבונה ואמונה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התהליך שבו הדת מאבדת ממעמדה המרכזי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מאפיין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אינדיבידואליזם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ירידה במעמד הדת בחברה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רציונליזם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ביטחון שהעתיד יהיה טוב יותר בזכות מדע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ביקורתיות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שימוש בשכל כדי להבין את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שאילת שאלות ובחינה מחדש של מנהגים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אמונה בקדמה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 אדם חשוב בפני עצמו ובוחר את דרכו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מהו חילון ותנו דוגמה מהסרטון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קשורים זה בזה הרציונליזם והביקורתיות?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מנדלסון היה אדם נאור ושומר מצוות. מה דמותו מלמדת על היחס בין נאורות לדת?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ניתוח מקור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את דברי קאנט: חוסר בגרות הוא אי יכולת להשתמש בשכל בלי שמישהו מכוון אותך. הסבירו במילים שלכם מהו חוסר בגרות לפי קאנט, ומי אשם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שני מאפיינים של הנאורות המשתקפים בקטע של קאנט, והסבירו כל אחד מהם בעזרת הקטע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מאפיינים של הנאורות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הסיסמה 'העז להשתמש בשכלך'?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מאפיין של הנאורות אתם פוגשים היום בחיים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מאפייני הנאורות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