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מאפייני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חמישה מאפיינים של עידן הנאורות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 נאורות בתוך מקור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תפקיד האנציקלופדיה ואת הקשר בין תבונה לדת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אינדיבידואליזם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אוסף גדול של ידע מכל התחומים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שימוש בשכל ובהיגיון כדי להבין את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זוהי האמונה בקדמה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כוחה של הכנסייה הצטמצם בתהליך החילון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היה מטרתה המרכזית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1. 1751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2. 1784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דניאל דפו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מאפיין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 אדם חשוב בפני עצמו ובוחר את דרכו)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(שימוש בשכל כדי להבין את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(שאילת שאלות ובחינה מחדש של מנהגים)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(ירידה במעמד הדת בחברה)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חילון הוא תהליך שבו הדת מאבדת ממעמדה המרכזי; בסרטון מוצג חיפוש הסברים מדעיים לטבע במקום הסברים דתיים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מקור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מתאר שחוסר בגרות הוא הסתמכות על אחרים במקום לחשוב לבד, והאדם עצמו אשם בכך כי יש לו אומץ אך הוא בוחר לא להשתמש בשכלו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 מאפיינים מתוך הרשימה: אינדיבידואליזם, רציונליזם, ביקורתיות, חילון, אמונה בקדמה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שהסיסמה קוראת לאדם לחשוב בעצמו ולא להסתמך על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המחברת מאפיין לחיי היומיום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במשחק 'למה?' כדי להמחיש ביקורתיות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גם דמויות שומרות מצוות כמו מנדלסון כדי לאזן את ההצגה של החילון כחיובי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לעבור יחד על מחוון הבגרות כדי להמחיש איך בונים תשובה 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מאפייני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בעידן הנאורות במאה ה-18 אנשים החלו לבחון מחדש מנהגים, אמונות וסמכויות בעזרת השכל וההיגיון. בדף זה נתרגל את המאפיינים המרכזיים של תקופה 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1751  ·  דניאל דפו  ·  1784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מאפיין מסמל רובינסון קרוזו?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אינדיבידואליזם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אמונה 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הייתה האנציקלופדיה הצרפתית?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אוסף גדול של ידע מכל התחומים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חוק של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רציונליזם?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ציות לכל מה שאומרים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פחד ממדע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שימוש בשכל ובהיגיון כדי להבין את העולם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אנשי הנאורות האמינו שהעתיד יהיה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בתקופת הנאורות גדל כוחה של הכנסייה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האנציקלופדיה נועדה לרכז ולהפיץ 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הכרך הראשון של האנציקלופדיה יצא לאור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עמנואל קאנט פרסם את המאמר 'מהי נאורות?'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הספר 'רובינסון קרוזו' נכתב בידי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מאפיין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אינדיבידואליזם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ירידה במעמד הדת בחברה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אדם חשוב בפני עצמו ובוחר את דרכו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ביקורתיות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שימוש בשכל כדי להבין את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שאילת שאלות ובחינה מחדש של מנהגים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מהו חילון ותנו דוגמה מהסרטון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ניתוח מקור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 את דברי קאנט: חוסר בגרות הוא אי יכולת להשתמש בשכל בלי שמישהו מכוון אותך. הסבירו במילים שלכם מהו חוסר בגרות לפי קאנט, ומי אשם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מאפיינים של הנאורות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הסיסמה 'העז להשתמש בשכלך'?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מאפייני הנאורות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